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couvreur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mes-modeles.topexemples.fr/devis/couvreur/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couvr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