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esthéticienne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mes-modeles.topexemples.fr/devis/estheticienne/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estheticien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