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agent commercial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mes-modeles.topexemples.fr/facture/agent-commercial/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agent-commerc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