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apporteur d’affaires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mes-modeles.topexemples.fr/facture/apporteur-affaires/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apporteur-affair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