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assistant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mes-modeles.topexemples.fr/facture/assistante-administrative/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assistante-administrativ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