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coach business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mes-modeles.topexemples.fr/facture/coach-business/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coach-busin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