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coiffeur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mes-modeles.topexemples.fr/facture/coiffeur/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coiffeu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