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masseur bien-être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mes-modeles.topexemples.fr/facture/masseur/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mass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