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PDF gratuit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mes-modeles.topexemples.fr/facture/pdf/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pd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