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pension pour chevaux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mes-modeles.topexemples.fr/facture/pension-chevaux/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pension-chevau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