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traiteur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mes-modeles.topexemples.fr/facture/traiteur/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traiteu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