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wedding planner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mes-modeles.topexemples.fr/facture/wedding-planner/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wedding-plann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